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EE4" w:rsidRPr="003B1580" w:rsidRDefault="003B1580">
      <w:pPr>
        <w:spacing w:before="240" w:after="360"/>
        <w:jc w:val="center"/>
        <w:rPr>
          <w:color w:val="auto"/>
        </w:rPr>
      </w:pPr>
      <w:r w:rsidRPr="003B1580">
        <w:rPr>
          <w:b/>
          <w:color w:val="auto"/>
          <w:sz w:val="28"/>
        </w:rPr>
        <w:t>DOMANDA DI ISCRIZIONE AL SERVIZIO DI TRASPORTO SCOLASTICO</w:t>
      </w:r>
      <w:r w:rsidRPr="003B1580">
        <w:rPr>
          <w:b/>
          <w:color w:val="auto"/>
          <w:sz w:val="28"/>
        </w:rPr>
        <w:br/>
        <w:t>ANNO SCOLASTICO 2026 / 2027</w:t>
      </w:r>
    </w:p>
    <w:tbl>
      <w:tblPr>
        <w:tblW w:w="0" w:type="auto"/>
        <w:jc w:val="center"/>
        <w:shd w:val="clear" w:color="auto" w:fill="000000" w:themeFill="text1"/>
        <w:tblLayout w:type="fixed"/>
        <w:tblLook w:val="04A0" w:firstRow="1" w:lastRow="0" w:firstColumn="1" w:lastColumn="0" w:noHBand="0" w:noVBand="1"/>
      </w:tblPr>
      <w:tblGrid>
        <w:gridCol w:w="9936"/>
      </w:tblGrid>
      <w:tr w:rsidR="00004EE4" w:rsidTr="003B1580">
        <w:trPr>
          <w:jc w:val="center"/>
        </w:trPr>
        <w:tc>
          <w:tcPr>
            <w:tcW w:w="9936" w:type="dxa"/>
            <w:shd w:val="clear" w:color="auto" w:fill="000000" w:themeFill="text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004EE4" w:rsidRDefault="003B1580">
            <w:pPr>
              <w:spacing w:after="0"/>
            </w:pPr>
            <w:r>
              <w:rPr>
                <w:b/>
                <w:color w:val="FFFFFF"/>
                <w:sz w:val="21"/>
              </w:rPr>
              <w:t>1. DATI DEL RICHIEDENTE (Genitore / Tutore / Esercente la responsabilità genitoriale)</w:t>
            </w:r>
          </w:p>
        </w:tc>
      </w:tr>
    </w:tbl>
    <w:p w:rsidR="00004EE4" w:rsidRDefault="00004EE4">
      <w:pPr>
        <w:spacing w:after="80"/>
      </w:pP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6048"/>
        <w:gridCol w:w="3744"/>
      </w:tblGrid>
      <w:tr w:rsidR="00004EE4">
        <w:trPr>
          <w:jc w:val="center"/>
        </w:trPr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 xml:space="preserve">Il/La </w:t>
            </w:r>
            <w:proofErr w:type="spellStart"/>
            <w:r>
              <w:t>sottoscritto</w:t>
            </w:r>
            <w:proofErr w:type="spellEnd"/>
            <w:r>
              <w:t>/a</w:t>
            </w:r>
            <w:r>
              <w:t>:</w:t>
            </w:r>
          </w:p>
        </w:tc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>Codice Fiscale:</w:t>
            </w:r>
          </w:p>
        </w:tc>
      </w:tr>
      <w:tr w:rsidR="00004EE4">
        <w:trPr>
          <w:jc w:val="center"/>
        </w:trPr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 w:rsidP="003B1580">
            <w:pPr>
              <w:spacing w:before="40" w:after="40"/>
            </w:pPr>
            <w:r>
              <w:t xml:space="preserve">Nato/a a: </w:t>
            </w:r>
          </w:p>
        </w:tc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>D</w:t>
            </w:r>
            <w:r>
              <w:t>ata di nascita: __ / __ / ____</w:t>
            </w:r>
          </w:p>
        </w:tc>
      </w:tr>
      <w:tr w:rsidR="00004EE4">
        <w:trPr>
          <w:jc w:val="center"/>
        </w:trPr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 xml:space="preserve">Residente a: </w:t>
            </w:r>
          </w:p>
        </w:tc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>CAP: _________</w:t>
            </w:r>
          </w:p>
        </w:tc>
      </w:tr>
      <w:tr w:rsidR="00004EE4">
        <w:trPr>
          <w:jc w:val="center"/>
        </w:trPr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 xml:space="preserve">Via/Piazza: </w:t>
            </w:r>
          </w:p>
        </w:tc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>n.: _____</w:t>
            </w:r>
          </w:p>
        </w:tc>
      </w:tr>
      <w:tr w:rsidR="00004EE4">
        <w:trPr>
          <w:jc w:val="center"/>
        </w:trPr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 xml:space="preserve">Telefono / Cellulare: </w:t>
            </w:r>
          </w:p>
        </w:tc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 xml:space="preserve">E-mail / PEC: </w:t>
            </w:r>
          </w:p>
        </w:tc>
      </w:tr>
    </w:tbl>
    <w:p w:rsidR="00004EE4" w:rsidRDefault="00004EE4">
      <w:pPr>
        <w:spacing w:after="120"/>
      </w:pPr>
    </w:p>
    <w:tbl>
      <w:tblPr>
        <w:tblW w:w="0" w:type="auto"/>
        <w:jc w:val="center"/>
        <w:shd w:val="clear" w:color="auto" w:fill="000000" w:themeFill="text1"/>
        <w:tblLayout w:type="fixed"/>
        <w:tblLook w:val="04A0" w:firstRow="1" w:lastRow="0" w:firstColumn="1" w:lastColumn="0" w:noHBand="0" w:noVBand="1"/>
      </w:tblPr>
      <w:tblGrid>
        <w:gridCol w:w="9936"/>
      </w:tblGrid>
      <w:tr w:rsidR="00004EE4" w:rsidTr="003B1580">
        <w:trPr>
          <w:jc w:val="center"/>
        </w:trPr>
        <w:tc>
          <w:tcPr>
            <w:tcW w:w="9936" w:type="dxa"/>
            <w:shd w:val="clear" w:color="auto" w:fill="000000" w:themeFill="text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004EE4" w:rsidRDefault="003B1580">
            <w:pPr>
              <w:spacing w:after="0"/>
            </w:pPr>
            <w:r>
              <w:rPr>
                <w:b/>
                <w:color w:val="FFFFFF"/>
                <w:sz w:val="21"/>
              </w:rPr>
              <w:t>2. DATI DELL'ALUNNO/A PER CUI SI RICH</w:t>
            </w:r>
            <w:r>
              <w:rPr>
                <w:b/>
                <w:color w:val="FFFFFF"/>
                <w:sz w:val="21"/>
              </w:rPr>
              <w:t xml:space="preserve">IEDE IL </w:t>
            </w:r>
            <w:r>
              <w:rPr>
                <w:b/>
                <w:color w:val="FFFFFF"/>
                <w:sz w:val="21"/>
              </w:rPr>
              <w:t>SERVIZIO</w:t>
            </w:r>
          </w:p>
        </w:tc>
      </w:tr>
    </w:tbl>
    <w:p w:rsidR="00004EE4" w:rsidRDefault="00004EE4">
      <w:pPr>
        <w:spacing w:after="80"/>
      </w:pP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6048"/>
        <w:gridCol w:w="3744"/>
      </w:tblGrid>
      <w:tr w:rsidR="00004EE4">
        <w:trPr>
          <w:jc w:val="center"/>
        </w:trPr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>Cognome e Nome Alunno/a:</w:t>
            </w:r>
          </w:p>
        </w:tc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>Codice Fiscale:</w:t>
            </w:r>
          </w:p>
        </w:tc>
      </w:tr>
      <w:tr w:rsidR="00004EE4">
        <w:trPr>
          <w:jc w:val="center"/>
        </w:trPr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>Nato/a a: (Prov: ___)</w:t>
            </w:r>
          </w:p>
        </w:tc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>Data di nascita: __ / __ / ____</w:t>
            </w:r>
          </w:p>
        </w:tc>
      </w:tr>
      <w:tr w:rsidR="00004EE4">
        <w:trPr>
          <w:jc w:val="center"/>
        </w:trPr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>Iscritto/a per l'A.S. 2026/2027 alla Scuola:</w:t>
            </w:r>
          </w:p>
        </w:tc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>Classe: _____   Sez.: _____</w:t>
            </w:r>
          </w:p>
        </w:tc>
      </w:tr>
      <w:tr w:rsidR="00004EE4">
        <w:trPr>
          <w:jc w:val="center"/>
        </w:trPr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3B1580">
            <w:pPr>
              <w:spacing w:before="40" w:after="40"/>
            </w:pPr>
            <w:r>
              <w:t>Plesso / Sede scolastica:</w:t>
            </w:r>
          </w:p>
        </w:tc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4EE4" w:rsidRDefault="00004EE4">
            <w:pPr>
              <w:spacing w:before="40" w:after="40"/>
            </w:pPr>
          </w:p>
        </w:tc>
      </w:tr>
    </w:tbl>
    <w:p w:rsidR="00004EE4" w:rsidRDefault="00004EE4">
      <w:pPr>
        <w:spacing w:after="120"/>
      </w:pPr>
    </w:p>
    <w:tbl>
      <w:tblPr>
        <w:tblW w:w="0" w:type="auto"/>
        <w:jc w:val="center"/>
        <w:shd w:val="clear" w:color="auto" w:fill="000000" w:themeFill="text1"/>
        <w:tblLayout w:type="fixed"/>
        <w:tblLook w:val="04A0" w:firstRow="1" w:lastRow="0" w:firstColumn="1" w:lastColumn="0" w:noHBand="0" w:noVBand="1"/>
      </w:tblPr>
      <w:tblGrid>
        <w:gridCol w:w="9936"/>
      </w:tblGrid>
      <w:tr w:rsidR="00004EE4" w:rsidTr="003B1580">
        <w:trPr>
          <w:jc w:val="center"/>
        </w:trPr>
        <w:tc>
          <w:tcPr>
            <w:tcW w:w="9936" w:type="dxa"/>
            <w:shd w:val="clear" w:color="auto" w:fill="000000" w:themeFill="text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004EE4" w:rsidRDefault="003B1580">
            <w:pPr>
              <w:spacing w:after="0"/>
            </w:pPr>
            <w:r>
              <w:rPr>
                <w:b/>
                <w:color w:val="FFFFFF"/>
                <w:sz w:val="21"/>
              </w:rPr>
              <w:t>3. MODALITÀ DI FRUIZIONE DEL SERVIZIO</w:t>
            </w:r>
          </w:p>
        </w:tc>
      </w:tr>
    </w:tbl>
    <w:p w:rsidR="00004EE4" w:rsidRDefault="00004EE4">
      <w:pPr>
        <w:spacing w:after="80"/>
      </w:pPr>
    </w:p>
    <w:p w:rsidR="00004EE4" w:rsidRDefault="003B1580">
      <w:pPr>
        <w:spacing w:before="40" w:after="80"/>
      </w:pPr>
      <w:r>
        <w:rPr>
          <w:b/>
        </w:rPr>
        <w:t>CHIEDE l'accesso al servizio di trasporto scolastico secondo la seguente modalità:</w:t>
      </w:r>
    </w:p>
    <w:p w:rsidR="00004EE4" w:rsidRDefault="003B1580">
      <w:pPr>
        <w:spacing w:after="40"/>
      </w:pPr>
      <w:proofErr w:type="gramStart"/>
      <w:r>
        <w:t>☐</w:t>
      </w:r>
      <w:r>
        <w:t xml:space="preserve">  ANDATA</w:t>
      </w:r>
      <w:proofErr w:type="gramEnd"/>
      <w:r>
        <w:t xml:space="preserve"> E RITORNO          ☐  SOLO ANDATA          ☐  SOLO RITORNO</w:t>
      </w:r>
    </w:p>
    <w:p w:rsidR="003B1580" w:rsidRDefault="003B1580">
      <w:pPr>
        <w:spacing w:after="40"/>
      </w:pPr>
    </w:p>
    <w:p w:rsidR="00004EE4" w:rsidRDefault="003B1580">
      <w:pPr>
        <w:spacing w:after="120"/>
      </w:pPr>
      <w:r>
        <w:rPr>
          <w:b/>
        </w:rPr>
        <w:t>Fermata</w:t>
      </w:r>
      <w:r>
        <w:rPr>
          <w:b/>
        </w:rPr>
        <w:t xml:space="preserve"> </w:t>
      </w:r>
      <w:proofErr w:type="spellStart"/>
      <w:r>
        <w:rPr>
          <w:b/>
        </w:rPr>
        <w:t>richiesta</w:t>
      </w:r>
      <w:proofErr w:type="spellEnd"/>
      <w:r>
        <w:rPr>
          <w:b/>
        </w:rPr>
        <w:t xml:space="preserve">: </w:t>
      </w:r>
      <w:r>
        <w:t>_____________________________________</w:t>
      </w:r>
      <w:r>
        <w:t>_______________________________</w:t>
      </w:r>
    </w:p>
    <w:tbl>
      <w:tblPr>
        <w:tblW w:w="0" w:type="auto"/>
        <w:jc w:val="center"/>
        <w:shd w:val="clear" w:color="auto" w:fill="000000" w:themeFill="text1"/>
        <w:tblLayout w:type="fixed"/>
        <w:tblLook w:val="04A0" w:firstRow="1" w:lastRow="0" w:firstColumn="1" w:lastColumn="0" w:noHBand="0" w:noVBand="1"/>
      </w:tblPr>
      <w:tblGrid>
        <w:gridCol w:w="9936"/>
      </w:tblGrid>
      <w:tr w:rsidR="00004EE4" w:rsidTr="003B1580">
        <w:trPr>
          <w:jc w:val="center"/>
        </w:trPr>
        <w:tc>
          <w:tcPr>
            <w:tcW w:w="9936" w:type="dxa"/>
            <w:shd w:val="clear" w:color="auto" w:fill="000000" w:themeFill="text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004EE4" w:rsidRDefault="003B1580">
            <w:pPr>
              <w:spacing w:after="0"/>
            </w:pPr>
            <w:r>
              <w:rPr>
                <w:b/>
                <w:color w:val="FFFFFF"/>
                <w:sz w:val="21"/>
              </w:rPr>
              <w:t>4. DICHIARAZIONI SOSTITUTIVE (Ai sensi del D.P.R. 445/2000)</w:t>
            </w:r>
          </w:p>
        </w:tc>
      </w:tr>
    </w:tbl>
    <w:p w:rsidR="00004EE4" w:rsidRDefault="00004EE4">
      <w:pPr>
        <w:spacing w:after="80"/>
      </w:pPr>
    </w:p>
    <w:p w:rsidR="00004EE4" w:rsidRDefault="003B1580">
      <w:pPr>
        <w:spacing w:after="80"/>
      </w:pPr>
      <w:r>
        <w:t>A tal fine, consapevole delle sanzioni penali previste dall'art. 76 del D.P.R. 445/2000 in caso di dichiarazioni mendaci, il/la sottoscritto/a DICHIARA:</w:t>
      </w:r>
    </w:p>
    <w:p w:rsidR="00004EE4" w:rsidRDefault="003B1580">
      <w:pPr>
        <w:pStyle w:val="Puntoelenco"/>
        <w:spacing w:after="60"/>
      </w:pPr>
      <w:r>
        <w:t>Di essere</w:t>
      </w:r>
      <w:r>
        <w:t xml:space="preserve"> a conoscenza delle modalità organizzative e dei costi del servizio </w:t>
      </w:r>
      <w:proofErr w:type="spellStart"/>
      <w:r>
        <w:t>stabiliti</w:t>
      </w:r>
      <w:proofErr w:type="spellEnd"/>
      <w:r>
        <w:t xml:space="preserve"> dal </w:t>
      </w:r>
      <w:proofErr w:type="spellStart"/>
      <w:r>
        <w:t>Comune</w:t>
      </w:r>
      <w:proofErr w:type="spellEnd"/>
      <w:r>
        <w:t xml:space="preserve"> di </w:t>
      </w:r>
      <w:proofErr w:type="spellStart"/>
      <w:r>
        <w:t>Atina</w:t>
      </w:r>
      <w:r>
        <w:t>per</w:t>
      </w:r>
      <w:proofErr w:type="spellEnd"/>
      <w:r>
        <w:t xml:space="preserve"> </w:t>
      </w:r>
      <w:proofErr w:type="spellStart"/>
      <w:r>
        <w:t>l'A.S</w:t>
      </w:r>
      <w:proofErr w:type="spellEnd"/>
      <w:r>
        <w:t>. 2026/2027.</w:t>
      </w:r>
    </w:p>
    <w:p w:rsidR="00004EE4" w:rsidRDefault="003B1580">
      <w:pPr>
        <w:pStyle w:val="Puntoelenco"/>
        <w:spacing w:after="60"/>
      </w:pPr>
      <w:r>
        <w:t>Di impegnarsi al regolare pagamento delle quote di contribuzione previste nei termini indicati dall'Ente.</w:t>
      </w:r>
    </w:p>
    <w:p w:rsidR="00004EE4" w:rsidRDefault="003B1580" w:rsidP="003B1580">
      <w:pPr>
        <w:pStyle w:val="Puntoelenco"/>
        <w:spacing w:after="60"/>
      </w:pPr>
      <w:r>
        <w:t>Di garantire la presenza di un genitore</w:t>
      </w:r>
      <w:r>
        <w:t xml:space="preserve"> o di un adulto delegato alla fermata dello scuolabus al momento della salita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discesa</w:t>
      </w:r>
      <w:proofErr w:type="spellEnd"/>
      <w:r>
        <w:t xml:space="preserve"> </w:t>
      </w:r>
      <w:proofErr w:type="spellStart"/>
      <w:r>
        <w:t>dell'alunno</w:t>
      </w:r>
      <w:proofErr w:type="spellEnd"/>
      <w:r>
        <w:t>/a.</w:t>
      </w:r>
    </w:p>
    <w:tbl>
      <w:tblPr>
        <w:tblW w:w="0" w:type="auto"/>
        <w:jc w:val="center"/>
        <w:shd w:val="clear" w:color="auto" w:fill="000000" w:themeFill="text1"/>
        <w:tblLayout w:type="fixed"/>
        <w:tblLook w:val="04A0" w:firstRow="1" w:lastRow="0" w:firstColumn="1" w:lastColumn="0" w:noHBand="0" w:noVBand="1"/>
      </w:tblPr>
      <w:tblGrid>
        <w:gridCol w:w="9936"/>
      </w:tblGrid>
      <w:tr w:rsidR="00004EE4" w:rsidTr="003B1580">
        <w:trPr>
          <w:jc w:val="center"/>
        </w:trPr>
        <w:tc>
          <w:tcPr>
            <w:tcW w:w="9936" w:type="dxa"/>
            <w:shd w:val="clear" w:color="auto" w:fill="000000" w:themeFill="text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004EE4" w:rsidRDefault="003B1580">
            <w:pPr>
              <w:spacing w:after="0"/>
            </w:pPr>
            <w:bookmarkStart w:id="0" w:name="_GoBack"/>
            <w:r>
              <w:rPr>
                <w:b/>
                <w:color w:val="FFFFFF"/>
                <w:sz w:val="21"/>
              </w:rPr>
              <w:lastRenderedPageBreak/>
              <w:t>5</w:t>
            </w:r>
            <w:r>
              <w:rPr>
                <w:b/>
                <w:color w:val="FFFFFF"/>
                <w:sz w:val="21"/>
              </w:rPr>
              <w:t>. MODALITÀ E TERMINI DI PRESENTAZIONE DELLA DOMANDA</w:t>
            </w:r>
          </w:p>
        </w:tc>
      </w:tr>
      <w:bookmarkEnd w:id="0"/>
    </w:tbl>
    <w:p w:rsidR="00004EE4" w:rsidRDefault="00004EE4">
      <w:pPr>
        <w:spacing w:after="80"/>
      </w:pPr>
    </w:p>
    <w:p w:rsidR="00004EE4" w:rsidRDefault="003B1580">
      <w:pPr>
        <w:spacing w:after="80"/>
      </w:pPr>
      <w:r>
        <w:rPr>
          <w:sz w:val="19"/>
        </w:rPr>
        <w:t>Le istanze di partecipazione dovranno essere redatte utilizzando esclusivamente l'apposito modulo allegato al presente avv</w:t>
      </w:r>
      <w:r>
        <w:rPr>
          <w:sz w:val="19"/>
        </w:rPr>
        <w:t xml:space="preserve">iso e pervenire, a pena di esclusione, entro e non oltre il termine stabilito, tramite Posta Elettronica </w:t>
      </w:r>
      <w:proofErr w:type="spellStart"/>
      <w:r>
        <w:rPr>
          <w:sz w:val="19"/>
        </w:rPr>
        <w:t>Certificata</w:t>
      </w:r>
      <w:proofErr w:type="spellEnd"/>
      <w:r>
        <w:rPr>
          <w:sz w:val="19"/>
        </w:rPr>
        <w:t xml:space="preserve"> (PEC) </w:t>
      </w:r>
      <w:proofErr w:type="spellStart"/>
      <w:r>
        <w:rPr>
          <w:sz w:val="19"/>
        </w:rPr>
        <w:t>all'indirizzo</w:t>
      </w:r>
      <w:proofErr w:type="spellEnd"/>
      <w:r>
        <w:rPr>
          <w:sz w:val="19"/>
        </w:rPr>
        <w:t xml:space="preserve"> </w:t>
      </w:r>
      <w:r>
        <w:rPr>
          <w:b/>
          <w:sz w:val="19"/>
        </w:rPr>
        <w:t>comuneatina@viapec.net</w:t>
      </w:r>
      <w:r>
        <w:rPr>
          <w:sz w:val="19"/>
        </w:rPr>
        <w:t xml:space="preserve"> </w:t>
      </w:r>
      <w:proofErr w:type="spellStart"/>
      <w:r>
        <w:rPr>
          <w:sz w:val="19"/>
        </w:rPr>
        <w:t>oppure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mediante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consegna</w:t>
      </w:r>
      <w:proofErr w:type="spellEnd"/>
      <w:r>
        <w:rPr>
          <w:sz w:val="19"/>
        </w:rPr>
        <w:t xml:space="preserve"> a mano presso l'Ufficio Protocollo dell'Ente negli orari di apertura</w:t>
      </w:r>
      <w:r>
        <w:rPr>
          <w:sz w:val="19"/>
        </w:rPr>
        <w:t xml:space="preserve"> al pubblico.</w:t>
      </w:r>
    </w:p>
    <w:p w:rsidR="00004EE4" w:rsidRDefault="00004EE4">
      <w:pPr>
        <w:spacing w:after="1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004EE4">
        <w:trPr>
          <w:jc w:val="center"/>
        </w:trPr>
        <w:tc>
          <w:tcPr>
            <w:tcW w:w="4968" w:type="dxa"/>
          </w:tcPr>
          <w:p w:rsidR="00004EE4" w:rsidRDefault="003B1580">
            <w:pPr>
              <w:spacing w:before="240"/>
            </w:pPr>
            <w:r>
              <w:t>Luogo e Data:</w:t>
            </w:r>
            <w:r>
              <w:br/>
            </w:r>
            <w:r>
              <w:br/>
              <w:t>_______________________, __ / __ / 2026</w:t>
            </w:r>
          </w:p>
        </w:tc>
        <w:tc>
          <w:tcPr>
            <w:tcW w:w="4968" w:type="dxa"/>
          </w:tcPr>
          <w:p w:rsidR="00004EE4" w:rsidRDefault="003B1580">
            <w:pPr>
              <w:spacing w:before="240"/>
            </w:pPr>
            <w:r>
              <w:t>Firma del Richiedente:</w:t>
            </w:r>
            <w:r>
              <w:br/>
            </w:r>
            <w:r>
              <w:br/>
              <w:t>____________________________________</w:t>
            </w:r>
          </w:p>
        </w:tc>
      </w:tr>
    </w:tbl>
    <w:p w:rsidR="00004EE4" w:rsidRDefault="003B1580">
      <w:pPr>
        <w:spacing w:before="400" w:after="0"/>
      </w:pPr>
      <w:r>
        <w:rPr>
          <w:i/>
          <w:color w:val="787878"/>
          <w:sz w:val="16"/>
        </w:rPr>
        <w:t xml:space="preserve">INFORMATIVA PRIVACY (Art. 13 GDPR </w:t>
      </w:r>
      <w:r>
        <w:rPr>
          <w:i/>
          <w:color w:val="787878"/>
          <w:sz w:val="16"/>
        </w:rPr>
        <w:t>2016/679): I dati personali forniti saranno trattati dall'Ente esclusivamente per le finalità legate all'erogazione del servizio di trasporto scolastico e non saranno comunicati a terzi se non nei casi previsti dalla legge.</w:t>
      </w:r>
    </w:p>
    <w:sectPr w:rsidR="00004EE4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New Yor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4EE4"/>
    <w:rsid w:val="00034616"/>
    <w:rsid w:val="0006063C"/>
    <w:rsid w:val="0015074B"/>
    <w:rsid w:val="0029639D"/>
    <w:rsid w:val="00326F90"/>
    <w:rsid w:val="003B158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35B0A3"/>
  <w14:defaultImageDpi w14:val="300"/>
  <w15:docId w15:val="{02A30FBC-366F-4096-A2E2-B2C041BD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  <w:color w:val="333333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C7A680-61F5-4EC5-8E7E-D264D26AF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Benedetta</cp:lastModifiedBy>
  <cp:revision>2</cp:revision>
  <dcterms:created xsi:type="dcterms:W3CDTF">2026-09-02T20:52:00Z</dcterms:created>
  <dcterms:modified xsi:type="dcterms:W3CDTF">2026-09-02T20:52:00Z</dcterms:modified>
  <cp:category/>
</cp:coreProperties>
</file>