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5C5" w:rsidRDefault="00EE05C5"/>
    <w:p w:rsidR="00EE05C5" w:rsidRDefault="00424FCE">
      <w:pPr>
        <w:spacing w:after="40"/>
        <w:jc w:val="center"/>
      </w:pPr>
      <w:r>
        <w:rPr>
          <w:b/>
          <w:color w:val="003366"/>
          <w:sz w:val="28"/>
        </w:rPr>
        <w:t>DOMANDA DI ISCRIZIONE AL SERVIZIO DI MENSA SCOLASTICA</w:t>
      </w:r>
    </w:p>
    <w:p w:rsidR="00EE05C5" w:rsidRDefault="00424FCE">
      <w:pPr>
        <w:spacing w:after="240"/>
        <w:jc w:val="center"/>
      </w:pPr>
      <w:r>
        <w:rPr>
          <w:b/>
        </w:rPr>
        <w:t>ANNO SCOLASTICO 2026/2027</w:t>
      </w:r>
    </w:p>
    <w:p w:rsidR="00EE05C5" w:rsidRDefault="00424FCE">
      <w:pPr>
        <w:keepNext/>
        <w:spacing w:before="240"/>
      </w:pPr>
      <w:r>
        <w:rPr>
          <w:b/>
          <w:color w:val="003366"/>
        </w:rPr>
        <w:t>1. DATI DEL GENITORE / TUTORE LEGALE (Richiedente)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149"/>
      </w:tblGrid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Cognome e Nome: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__________________________________________________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Codice Fiscale: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__________________________________________________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Luogo e Data di Nascita: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 il ____/____/________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Indirizzo di Residenza: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 xml:space="preserve">Via/Piazza _______________________ n. </w:t>
            </w:r>
            <w:r>
              <w:rPr>
                <w:sz w:val="19"/>
              </w:rPr>
              <w:t>___ CAP 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Recapiti di Contatto: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Tel: _________________ E-mail/PEC: ________________</w:t>
            </w:r>
          </w:p>
        </w:tc>
      </w:tr>
    </w:tbl>
    <w:p w:rsidR="00EE05C5" w:rsidRDefault="00424FCE">
      <w:pPr>
        <w:keepNext/>
        <w:spacing w:before="240"/>
      </w:pPr>
      <w:r>
        <w:rPr>
          <w:b/>
          <w:color w:val="003366"/>
        </w:rPr>
        <w:t>2. DATI DELL'ALUNNO/A (Beneficiario del servizio)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149"/>
      </w:tblGrid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Cognome e Nome: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__________________________________________________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Codice Fiscale: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_______________________________</w:t>
            </w:r>
            <w:r>
              <w:rPr>
                <w:sz w:val="19"/>
              </w:rPr>
              <w:t>___________________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Luogo e Data di Nascita: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_______________________ il ____/____/________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Scuola e Plesso: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>[  ] Scuola dell'Infanzia    [  ] Scuola Primaria</w:t>
            </w:r>
            <w:r>
              <w:rPr>
                <w:sz w:val="19"/>
              </w:rPr>
              <w:br/>
              <w:t>Plesso: ___________________________________________</w:t>
            </w:r>
          </w:p>
        </w:tc>
      </w:tr>
      <w:tr w:rsidR="00EE05C5">
        <w:trPr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b/>
                <w:sz w:val="19"/>
              </w:rPr>
              <w:t>Classe e Sezione:</w:t>
            </w:r>
          </w:p>
        </w:tc>
        <w:tc>
          <w:tcPr>
            <w:tcW w:w="6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05C5" w:rsidRDefault="00424FCE">
            <w:pPr>
              <w:spacing w:after="0"/>
            </w:pPr>
            <w:r>
              <w:rPr>
                <w:sz w:val="19"/>
              </w:rPr>
              <w:t xml:space="preserve">Classe: _______________ </w:t>
            </w:r>
            <w:r>
              <w:rPr>
                <w:sz w:val="19"/>
              </w:rPr>
              <w:t>Sezione: _______________</w:t>
            </w:r>
          </w:p>
        </w:tc>
      </w:tr>
    </w:tbl>
    <w:p w:rsidR="00EE05C5" w:rsidRDefault="00424FCE">
      <w:pPr>
        <w:keepNext/>
        <w:spacing w:before="240"/>
      </w:pPr>
      <w:r>
        <w:rPr>
          <w:b/>
          <w:color w:val="003366"/>
        </w:rPr>
        <w:t>3. RICHIESTA DIETA SPECIALE</w:t>
      </w:r>
    </w:p>
    <w:p w:rsidR="00EE05C5" w:rsidRDefault="00424FCE">
      <w:pPr>
        <w:spacing w:after="80"/>
      </w:pPr>
      <w:r>
        <w:rPr>
          <w:sz w:val="19"/>
        </w:rPr>
        <w:t>Il/La sottoscritto/a richiede la somministrazione di una dieta speciale per il/la proprio/a figlio/a:</w:t>
      </w:r>
    </w:p>
    <w:p w:rsidR="00EE05C5" w:rsidRDefault="00424FCE">
      <w:pPr>
        <w:spacing w:after="60"/>
        <w:ind w:left="288"/>
      </w:pPr>
      <w:r>
        <w:rPr>
          <w:b/>
          <w:sz w:val="19"/>
        </w:rPr>
        <w:t>[  ] PER MOTIVI SANITARI (allergie, intolleranze alimentari, patologie metaboliche)</w:t>
      </w:r>
      <w:r>
        <w:rPr>
          <w:b/>
          <w:sz w:val="19"/>
        </w:rPr>
        <w:br/>
      </w:r>
      <w:r>
        <w:rPr>
          <w:i/>
          <w:sz w:val="17"/>
        </w:rPr>
        <w:t xml:space="preserve">      (È obbliga</w:t>
      </w:r>
      <w:r>
        <w:rPr>
          <w:i/>
          <w:sz w:val="17"/>
        </w:rPr>
        <w:t>torio allegare certificato medico aggiornato rilasciato dal Pediatra/Medico Curante)</w:t>
      </w:r>
    </w:p>
    <w:p w:rsidR="00EE05C5" w:rsidRDefault="00424FCE">
      <w:pPr>
        <w:ind w:left="288"/>
      </w:pPr>
      <w:r>
        <w:rPr>
          <w:b/>
          <w:sz w:val="19"/>
        </w:rPr>
        <w:t>[  ] PER MOTIVI ETICO-RELIGIOSI</w:t>
      </w:r>
      <w:r>
        <w:rPr>
          <w:b/>
          <w:sz w:val="19"/>
        </w:rPr>
        <w:br/>
      </w:r>
      <w:r>
        <w:rPr>
          <w:sz w:val="17"/>
        </w:rPr>
        <w:t xml:space="preserve">      Specificare esclusioni (es. no carne suina, no carne bovina, dieta vegetariana):</w:t>
      </w:r>
      <w:r>
        <w:rPr>
          <w:sz w:val="17"/>
        </w:rPr>
        <w:br/>
        <w:t xml:space="preserve">      ______________________________________________</w:t>
      </w:r>
      <w:r>
        <w:rPr>
          <w:sz w:val="17"/>
        </w:rPr>
        <w:t>____________________________________</w:t>
      </w:r>
    </w:p>
    <w:p w:rsidR="00EE05C5" w:rsidRDefault="00424FCE">
      <w:pPr>
        <w:keepNext/>
        <w:spacing w:before="240"/>
      </w:pPr>
      <w:r>
        <w:rPr>
          <w:b/>
          <w:color w:val="003366"/>
        </w:rPr>
        <w:t>4</w:t>
      </w:r>
      <w:r>
        <w:rPr>
          <w:b/>
          <w:color w:val="003366"/>
        </w:rPr>
        <w:t>. DICHIARAZIONI E SOTTOSCRIZIONE (D.P.R. 445/2000)</w:t>
      </w:r>
    </w:p>
    <w:p w:rsidR="00EE05C5" w:rsidRDefault="00424FCE">
      <w:r>
        <w:rPr>
          <w:sz w:val="17"/>
        </w:rPr>
        <w:t>Il/La sottoscritto/a, consapevole delle sanzioni penali previste dall'art. 76 del D.P.R. 445/2000 in caso di dichiarazioni mendaci, DICHIARA:</w:t>
      </w:r>
      <w:r>
        <w:rPr>
          <w:sz w:val="17"/>
        </w:rPr>
        <w:br/>
        <w:t>1. Di aver preso visione ed accettare integralmente le</w:t>
      </w:r>
      <w:r>
        <w:rPr>
          <w:sz w:val="17"/>
        </w:rPr>
        <w:t xml:space="preserve"> condizioni del Regolamento Comunale del Servizio di Refezione Scolastica;</w:t>
      </w:r>
      <w:r>
        <w:rPr>
          <w:sz w:val="17"/>
        </w:rPr>
        <w:br/>
        <w:t xml:space="preserve">2. Di impegnarsi al regolare e tempestivo </w:t>
      </w:r>
      <w:proofErr w:type="spellStart"/>
      <w:r>
        <w:rPr>
          <w:sz w:val="17"/>
        </w:rPr>
        <w:t>pagamento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delle</w:t>
      </w:r>
      <w:proofErr w:type="spellEnd"/>
      <w:r>
        <w:rPr>
          <w:sz w:val="17"/>
        </w:rPr>
        <w:t xml:space="preserve"> quote </w:t>
      </w:r>
      <w:proofErr w:type="spellStart"/>
      <w:r>
        <w:rPr>
          <w:sz w:val="17"/>
        </w:rPr>
        <w:t>dovute</w:t>
      </w:r>
      <w:proofErr w:type="spellEnd"/>
      <w:r>
        <w:rPr>
          <w:sz w:val="17"/>
        </w:rPr>
        <w:t>;</w:t>
      </w:r>
      <w:r>
        <w:rPr>
          <w:sz w:val="17"/>
        </w:rPr>
        <w:br/>
        <w:t>3. Di essere a conoscenza che il mancato pagamento delle tariffe potrà comportare l</w:t>
      </w:r>
      <w:r>
        <w:rPr>
          <w:sz w:val="17"/>
        </w:rPr>
        <w:t>a sospensione dal servizio ed il recupero coattivo del credito.</w:t>
      </w:r>
      <w:r>
        <w:rPr>
          <w:sz w:val="17"/>
        </w:rPr>
        <w:br/>
      </w:r>
      <w:r>
        <w:rPr>
          <w:sz w:val="17"/>
        </w:rPr>
        <w:br/>
        <w:t>Informativa Privacy (Art. 13 Reg. UE 2016/679 - GDPR): I dati forniti saranno trattati dal Comune di Atina esclusivamente per le finalità istituzionali connesse all'erogazione del servizio di</w:t>
      </w:r>
      <w:r>
        <w:rPr>
          <w:sz w:val="17"/>
        </w:rPr>
        <w:t xml:space="preserve"> mensa scolastica.</w:t>
      </w:r>
    </w:p>
    <w:p w:rsidR="00EE05C5" w:rsidRDefault="00424FCE">
      <w:pPr>
        <w:keepNext/>
        <w:spacing w:before="360" w:after="0"/>
      </w:pPr>
      <w:r>
        <w:rPr>
          <w:sz w:val="19"/>
        </w:rPr>
        <w:lastRenderedPageBreak/>
        <w:t>Luogo e Data: ________________________, ____/____/2026          Firma del Genitore / Tutore Legale</w:t>
      </w:r>
      <w:r>
        <w:rPr>
          <w:sz w:val="19"/>
        </w:rPr>
        <w:br/>
      </w:r>
      <w:r>
        <w:rPr>
          <w:sz w:val="19"/>
        </w:rPr>
        <w:br/>
        <w:t xml:space="preserve">                                                                                               ______________________________________</w:t>
      </w:r>
    </w:p>
    <w:p w:rsidR="00EE05C5" w:rsidRDefault="00424FCE">
      <w:pPr>
        <w:spacing w:before="240" w:after="0"/>
      </w:pPr>
      <w:r>
        <w:rPr>
          <w:i/>
          <w:sz w:val="17"/>
        </w:rPr>
        <w:t>All</w:t>
      </w:r>
      <w:r>
        <w:rPr>
          <w:i/>
          <w:sz w:val="17"/>
        </w:rPr>
        <w:t>egati obbligatori:</w:t>
      </w:r>
      <w:r>
        <w:rPr>
          <w:i/>
          <w:sz w:val="17"/>
        </w:rPr>
        <w:br/>
        <w:t>• Copia del documento di identità del richiedente in corso di validità</w:t>
      </w:r>
      <w:r>
        <w:rPr>
          <w:i/>
          <w:sz w:val="17"/>
        </w:rPr>
        <w:br/>
        <w:t>• Certificato medico (in caso di richiesta di dieta speciale per motivi sanitari)</w:t>
      </w:r>
      <w:bookmarkStart w:id="0" w:name="_GoBack"/>
      <w:bookmarkEnd w:id="0"/>
    </w:p>
    <w:sectPr w:rsidR="00EE05C5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4FCE"/>
    <w:rsid w:val="00AA1D8D"/>
    <w:rsid w:val="00B47730"/>
    <w:rsid w:val="00CB0664"/>
    <w:rsid w:val="00EE05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77295"/>
  <w14:defaultImageDpi w14:val="300"/>
  <w15:docId w15:val="{FCBA1502-3512-4425-B635-37E1B004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CB24A3-50DE-4352-B208-A97538FB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Benedetta</cp:lastModifiedBy>
  <cp:revision>2</cp:revision>
  <dcterms:created xsi:type="dcterms:W3CDTF">2013-12-23T23:15:00Z</dcterms:created>
  <dcterms:modified xsi:type="dcterms:W3CDTF">2026-09-09T21:45:00Z</dcterms:modified>
  <cp:category/>
</cp:coreProperties>
</file>